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="360" w:lineRule="auto"/>
        <w:jc w:val="center"/>
      </w:pPr>
      <w:r>
        <w:rPr>
          <w:rFonts w:ascii="Times New Roman" w:hAnsi="Times New Roman" w:eastAsia="Times New Roman"/>
          <w:b/>
          <w:sz w:val="48"/>
        </w:rPr>
        <w:t>CARTA DE RENUNCIA</w:t>
      </w:r>
    </w:p>
    <w:p>
      <w:pPr>
        <w:spacing w:before="0" w:after="160" w:line="360" w:lineRule="auto"/>
      </w:pPr>
      <w:r>
        <w:rPr>
          <w:rFonts w:ascii="Times New Roman" w:hAnsi="Times New Roman" w:eastAsia="Times New Roman"/>
          <w:b w:val="0"/>
          <w:sz w:val="24"/>
        </w:rPr>
        <w:t>Fecha: ____________ [indique la fecha de la carta]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Empleado: ____________ [indique el nombre legal completo del empleado]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Empleador o empresa: ____________ [indique el nombre legal completo del empleador o empresa]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Supervisor o destinatario: ____________ [indique el nombre completo del supervisor o destinatario]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Cargo del empleado: ____________ [indique el cargo actual del empleado]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Estimado/a ____________ [indique el nombre del destinatario]: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Por medio de la presente, presento formalmente mi renuncia al cargo de ____________ [indique el cargo del empleado] en ____________ [indique el nombre del empleador o empresa]. Mi último día de trabajo será el ____________ [indique el último día de trabajo].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Agradezco la oportunidad de haber trabajado con la empresa y la experiencia adquirida durante mi empleo. Durante el periodo restante, colaboraré razonablemente para facilitar la transición de mis responsabilidades y cualquier asunto administrativo pendiente.</w:t>
      </w:r>
    </w:p>
    <w:p>
      <w:pPr>
        <w:spacing w:before="0" w:after="280" w:line="360" w:lineRule="auto"/>
      </w:pPr>
      <w:r>
        <w:rPr>
          <w:rFonts w:ascii="Times New Roman" w:hAnsi="Times New Roman" w:eastAsia="Times New Roman"/>
          <w:b w:val="0"/>
          <w:sz w:val="24"/>
        </w:rPr>
        <w:t>Esta carta tiene como finalidad dejar constancia de mi renuncia voluntaria y de la fecha efectiva indicada anteriormente.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Atentamente,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Firma del empleado: ________________________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Nombre en letra de molde: ____________ [indique el nombre completo del empleado]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Fecha: ____________ [indique la fecha de firma]</w:t>
      </w:r>
    </w:p>
    <w:p>
      <w:pPr>
        <w:spacing w:before="280" w:after="0" w:line="360" w:lineRule="auto"/>
      </w:pPr>
      <w:r>
        <w:rPr>
          <w:rFonts w:ascii="Times New Roman" w:hAnsi="Times New Roman" w:eastAsia="Times New Roman"/>
          <w:b w:val="0"/>
          <w:sz w:val="24"/>
        </w:rPr>
        <w:t>Este documento se proporciona únicamente con fines informativos generales y no constituye asesoramiento legal. Para obtener orientación sobre una situación específica, debe consultarse a un profesional legal cualificado autorizado para ejercer en la jurisdicción correspondiente.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64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left"/>
      <w:tblLayout w:type="fixed"/>
      <w:tblLook w:firstColumn="1" w:firstRow="1" w:lastColumn="0" w:lastRow="0" w:noHBand="0" w:noVBand="1" w:val="04A0"/>
    </w:tblPr>
    <w:tblGrid>
      <w:gridCol w:w="3120"/>
      <w:gridCol w:w="3120"/>
      <w:gridCol w:w="3120"/>
    </w:tblGrid>
    <w:tr>
      <w:tc>
        <w:tcPr>
          <w:tcW w:type="dxa" w:w="3384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 w:line="240" w:lineRule="auto"/>
            <w:jc w:val="left"/>
          </w:pPr>
          <w:r/>
          <w:hyperlink r:id="rId1">
            <w:r>
              <w:drawing>
                <wp:inline xmlns:a="http://schemas.openxmlformats.org/drawingml/2006/main" xmlns:pic="http://schemas.openxmlformats.org/drawingml/2006/picture">
                  <wp:extent cx="1143000" cy="127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templates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27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hyperlink>
        </w:p>
      </w:tc>
      <w:tc>
        <w:tcPr>
          <w:tcW w:type="dxa" w:w="2592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 w:line="240" w:lineRule="auto"/>
            <w:jc w:val="center"/>
          </w:pPr>
          <w:r>
            <w:rPr>
              <w:rFonts w:ascii="Times New Roman" w:hAnsi="Times New Roman" w:eastAsia="Times New Roman"/>
              <w:b w:val="0"/>
              <w:sz w:val="20"/>
            </w:rPr>
            <w:t xml:space="preserve">Página </w:t>
          </w:r>
          <w:r>
            <w:rPr>
              <w:rFonts w:ascii="Times New Roman" w:hAnsi="Times New Roman" w:eastAsia="Times New Roman"/>
              <w:b w:val="0"/>
              <w:sz w:val="20"/>
            </w:rPr>
            <w:fldChar w:fldCharType="begin"/>
            <w:instrText xml:space="preserve"> PAGE </w:instrText>
            <w:fldChar w:fldCharType="separate"/>
            <w:t>1</w:t>
            <w:fldChar w:fldCharType="end"/>
          </w:r>
          <w:r>
            <w:rPr>
              <w:rFonts w:ascii="Times New Roman" w:hAnsi="Times New Roman" w:eastAsia="Times New Roman"/>
              <w:b w:val="0"/>
              <w:sz w:val="20"/>
            </w:rPr>
            <w:t xml:space="preserve"> de </w:t>
          </w:r>
          <w:r>
            <w:rPr>
              <w:rFonts w:ascii="Times New Roman" w:hAnsi="Times New Roman" w:eastAsia="Times New Roman"/>
              <w:b w:val="0"/>
              <w:sz w:val="20"/>
            </w:rPr>
            <w:fldChar w:fldCharType="begin"/>
            <w:instrText xml:space="preserve"> NUMPAGES </w:instrText>
            <w:fldChar w:fldCharType="separate"/>
            <w:t>1</w:t>
            <w:fldChar w:fldCharType="end"/>
          </w:r>
        </w:p>
      </w:tc>
      <w:tc>
        <w:tcPr>
          <w:tcW w:type="dxa" w:w="3384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 w:line="240" w:lineRule="auto"/>
          </w:pP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www.lawdistrict.com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